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FBF2" w14:textId="77777777" w:rsidR="00507D44" w:rsidRPr="00A03F9A" w:rsidRDefault="007D19DB" w:rsidP="00A03F9A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3F9A">
        <w:rPr>
          <w:rFonts w:ascii="Times New Roman" w:hAnsi="Times New Roman" w:cs="Times New Roman"/>
          <w:b/>
          <w:bCs/>
          <w:sz w:val="32"/>
          <w:szCs w:val="32"/>
        </w:rPr>
        <w:t>Internship Reflection Blog Template</w:t>
      </w:r>
    </w:p>
    <w:p w14:paraId="0FCB20A8" w14:textId="678B68CC" w:rsidR="006231FF" w:rsidRPr="00A03F9A" w:rsidRDefault="006231FF" w:rsidP="00A03F9A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3F9A">
        <w:rPr>
          <w:rFonts w:ascii="Times New Roman" w:hAnsi="Times New Roman" w:cs="Times New Roman"/>
          <w:b/>
          <w:bCs/>
          <w:sz w:val="32"/>
          <w:szCs w:val="32"/>
        </w:rPr>
        <w:t>BMTI—spring 2026</w:t>
      </w:r>
    </w:p>
    <w:p w14:paraId="1CC34891" w14:textId="77777777" w:rsidR="006231FF" w:rsidRPr="0019410A" w:rsidRDefault="006231FF" w:rsidP="006231FF">
      <w:pPr>
        <w:rPr>
          <w:rFonts w:ascii="Times New Roman" w:hAnsi="Times New Roman" w:cs="Times New Roman"/>
          <w:sz w:val="24"/>
          <w:szCs w:val="24"/>
        </w:rPr>
      </w:pPr>
    </w:p>
    <w:p w14:paraId="4B715A04" w14:textId="2C31ED4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Student Name: ______________________________</w:t>
      </w:r>
      <w:r w:rsidR="00075CE9">
        <w:rPr>
          <w:rFonts w:ascii="Times New Roman" w:hAnsi="Times New Roman" w:cs="Times New Roman"/>
          <w:sz w:val="24"/>
          <w:szCs w:val="24"/>
        </w:rPr>
        <w:tab/>
        <w:t>Employer:____________________________</w:t>
      </w:r>
    </w:p>
    <w:p w14:paraId="569722E5" w14:textId="02B04B4B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Major/Program: ______________________________</w:t>
      </w:r>
      <w:r w:rsidR="00075CE9">
        <w:rPr>
          <w:rFonts w:ascii="Times New Roman" w:hAnsi="Times New Roman" w:cs="Times New Roman"/>
          <w:sz w:val="24"/>
          <w:szCs w:val="24"/>
        </w:rPr>
        <w:tab/>
        <w:t>Minor:_______________________________</w:t>
      </w:r>
    </w:p>
    <w:p w14:paraId="7F22840E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Internship Site: ______________________________</w:t>
      </w:r>
    </w:p>
    <w:p w14:paraId="6A30F742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Role/Title: ______________________________</w:t>
      </w:r>
    </w:p>
    <w:p w14:paraId="738A87A6" w14:textId="2784E4F6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Semester/Year: ______________________________</w:t>
      </w:r>
      <w:r w:rsidR="00B02DB6" w:rsidRPr="001941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26E79" w14:textId="40AB38E2" w:rsidR="00B02DB6" w:rsidRPr="0019410A" w:rsidRDefault="00B02DB6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Anticipated graduation date:_____________________________</w:t>
      </w:r>
    </w:p>
    <w:p w14:paraId="5FBE91DF" w14:textId="3997A4C0" w:rsidR="00B02DB6" w:rsidRPr="0019410A" w:rsidRDefault="00B02DB6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  <w:highlight w:val="yellow"/>
        </w:rPr>
        <w:t>NOTE: when sending the photo make sure the photo is sent as a photo separately from a word document.  Also, make sure the photo is action or includes the company logo.  If you have to send a photo of a building put yourself in front of the building or a group picture of you in your and your co-workers in your office.  If completing a virtual/remote internship-picture of you near the computer with the company information on the screen. (or a cool screen shot)</w:t>
      </w:r>
    </w:p>
    <w:p w14:paraId="2482E1FE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1. One Thing I Learned</w:t>
      </w:r>
    </w:p>
    <w:p w14:paraId="4C249C53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Write 3–5 sentences describing a meaningful skill, insight, or experience you gained during the internship.</w:t>
      </w:r>
    </w:p>
    <w:p w14:paraId="338DE7D5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2. One Thing I Didn’t Know Before This Internship</w:t>
      </w:r>
    </w:p>
    <w:p w14:paraId="66039B63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Share something surprising—about the field, workplace culture, daily tasks, or yourself (3–5 sentences).</w:t>
      </w:r>
    </w:p>
    <w:p w14:paraId="336D09F8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3. A Challenge I Faced</w:t>
      </w:r>
    </w:p>
    <w:p w14:paraId="7924433C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Briefly explain a challenge and how you overcame it or what you learned from it (4–6 sentences).</w:t>
      </w:r>
    </w:p>
    <w:p w14:paraId="7F345452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4. One Fun Fact From My Experience</w:t>
      </w:r>
    </w:p>
    <w:p w14:paraId="1593D3FD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Include a lighthearted or interesting detail—an event, a unique task, something memorable (2–4 sentences).</w:t>
      </w:r>
    </w:p>
    <w:p w14:paraId="633850AC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5. Advice for Future Interns</w:t>
      </w:r>
    </w:p>
    <w:p w14:paraId="027BC66E" w14:textId="77777777" w:rsidR="00507D44" w:rsidRPr="0019410A" w:rsidRDefault="007D19DB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>Offer one or two pieces of practical advice (3–5 sentences).</w:t>
      </w:r>
    </w:p>
    <w:p w14:paraId="1A5CC012" w14:textId="77777777" w:rsidR="004A1AFD" w:rsidRPr="0019410A" w:rsidRDefault="004A1AFD" w:rsidP="006231FF">
      <w:pPr>
        <w:rPr>
          <w:rFonts w:ascii="Times New Roman" w:hAnsi="Times New Roman" w:cs="Times New Roman"/>
          <w:sz w:val="24"/>
          <w:szCs w:val="24"/>
        </w:rPr>
      </w:pPr>
    </w:p>
    <w:p w14:paraId="2844B7A2" w14:textId="77777777" w:rsidR="004A1AFD" w:rsidRPr="0019410A" w:rsidRDefault="004A1AFD" w:rsidP="006231FF">
      <w:pPr>
        <w:rPr>
          <w:rFonts w:ascii="Times New Roman" w:hAnsi="Times New Roman" w:cs="Times New Roman"/>
          <w:sz w:val="24"/>
          <w:szCs w:val="24"/>
        </w:rPr>
      </w:pPr>
    </w:p>
    <w:p w14:paraId="57AA1E10" w14:textId="42330CEE" w:rsidR="004A1AFD" w:rsidRPr="0019410A" w:rsidRDefault="00DA3EAC" w:rsidP="006231FF">
      <w:pPr>
        <w:rPr>
          <w:rFonts w:ascii="Times New Roman" w:hAnsi="Times New Roman" w:cs="Times New Roman"/>
          <w:sz w:val="24"/>
          <w:szCs w:val="24"/>
        </w:rPr>
      </w:pPr>
      <w:r w:rsidRPr="0019410A">
        <w:rPr>
          <w:rFonts w:ascii="Times New Roman" w:hAnsi="Times New Roman" w:cs="Times New Roman"/>
          <w:sz w:val="24"/>
          <w:szCs w:val="24"/>
        </w:rPr>
        <w:t xml:space="preserve">NOTE: </w:t>
      </w:r>
      <w:r w:rsidR="004A1AFD" w:rsidRPr="0019410A">
        <w:rPr>
          <w:rFonts w:ascii="Times New Roman" w:hAnsi="Times New Roman" w:cs="Times New Roman"/>
          <w:sz w:val="24"/>
          <w:szCs w:val="24"/>
        </w:rPr>
        <w:t>Students are required to present their internship experience at the end of the semester</w:t>
      </w:r>
      <w:r w:rsidRPr="0019410A">
        <w:rPr>
          <w:rFonts w:ascii="Times New Roman" w:hAnsi="Times New Roman" w:cs="Times New Roman"/>
          <w:sz w:val="24"/>
          <w:szCs w:val="24"/>
        </w:rPr>
        <w:t xml:space="preserve">.  The above information will be posted on the college website along with the internship photo.  </w:t>
      </w:r>
      <w:r w:rsidR="0019410A">
        <w:rPr>
          <w:rFonts w:ascii="Times New Roman" w:hAnsi="Times New Roman" w:cs="Times New Roman"/>
          <w:sz w:val="24"/>
          <w:szCs w:val="24"/>
        </w:rPr>
        <w:t xml:space="preserve">This form must be uploaded to your internship folder </w:t>
      </w:r>
      <w:r w:rsidR="00A03F9A">
        <w:rPr>
          <w:rFonts w:ascii="Times New Roman" w:hAnsi="Times New Roman" w:cs="Times New Roman"/>
          <w:sz w:val="24"/>
          <w:szCs w:val="24"/>
        </w:rPr>
        <w:t xml:space="preserve">by finals week. </w:t>
      </w:r>
    </w:p>
    <w:sectPr w:rsidR="004A1AFD" w:rsidRPr="0019410A" w:rsidSect="006231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7317619">
    <w:abstractNumId w:val="8"/>
  </w:num>
  <w:num w:numId="2" w16cid:durableId="1576890564">
    <w:abstractNumId w:val="6"/>
  </w:num>
  <w:num w:numId="3" w16cid:durableId="154297826">
    <w:abstractNumId w:val="5"/>
  </w:num>
  <w:num w:numId="4" w16cid:durableId="409431186">
    <w:abstractNumId w:val="4"/>
  </w:num>
  <w:num w:numId="5" w16cid:durableId="2144498534">
    <w:abstractNumId w:val="7"/>
  </w:num>
  <w:num w:numId="6" w16cid:durableId="1835025166">
    <w:abstractNumId w:val="3"/>
  </w:num>
  <w:num w:numId="7" w16cid:durableId="1425102712">
    <w:abstractNumId w:val="2"/>
  </w:num>
  <w:num w:numId="8" w16cid:durableId="593779647">
    <w:abstractNumId w:val="1"/>
  </w:num>
  <w:num w:numId="9" w16cid:durableId="177065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CE9"/>
    <w:rsid w:val="000936A6"/>
    <w:rsid w:val="0015074B"/>
    <w:rsid w:val="0019410A"/>
    <w:rsid w:val="0029639D"/>
    <w:rsid w:val="00326F90"/>
    <w:rsid w:val="004A1AFD"/>
    <w:rsid w:val="00507D44"/>
    <w:rsid w:val="00572835"/>
    <w:rsid w:val="006231FF"/>
    <w:rsid w:val="00632C43"/>
    <w:rsid w:val="007D19DB"/>
    <w:rsid w:val="00881E90"/>
    <w:rsid w:val="00A03F9A"/>
    <w:rsid w:val="00A316BF"/>
    <w:rsid w:val="00AA1D8D"/>
    <w:rsid w:val="00B02DB6"/>
    <w:rsid w:val="00B32AA6"/>
    <w:rsid w:val="00B47730"/>
    <w:rsid w:val="00CB0664"/>
    <w:rsid w:val="00DA3E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EB4D9D"/>
  <w14:defaultImageDpi w14:val="300"/>
  <w15:docId w15:val="{496E5FD2-F6B9-4D64-A231-B005F5FA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Lidy</dc:creator>
  <cp:keywords/>
  <dc:description>generated by python-docx</dc:description>
  <cp:lastModifiedBy>Brenda Lidy</cp:lastModifiedBy>
  <cp:revision>5</cp:revision>
  <dcterms:created xsi:type="dcterms:W3CDTF">2026-07-23T23:49:00Z</dcterms:created>
  <dcterms:modified xsi:type="dcterms:W3CDTF">2026-07-23T23:50:00Z</dcterms:modified>
  <cp:category/>
</cp:coreProperties>
</file>