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DDCD6" w14:textId="77777777" w:rsidR="00A278A1" w:rsidRPr="005112A5" w:rsidRDefault="00505416" w:rsidP="005112A5">
      <w:pPr>
        <w:pStyle w:val="NoSpacing"/>
        <w:rPr>
          <w:rFonts w:ascii="Times New Roman" w:hAnsi="Times New Roman" w:cs="Times New Roman"/>
          <w:b/>
          <w:bCs/>
          <w:sz w:val="24"/>
          <w:szCs w:val="24"/>
          <w:u w:val="single"/>
        </w:rPr>
      </w:pPr>
      <w:r w:rsidRPr="005112A5">
        <w:rPr>
          <w:rFonts w:ascii="Times New Roman" w:hAnsi="Times New Roman" w:cs="Times New Roman"/>
          <w:b/>
          <w:bCs/>
          <w:sz w:val="24"/>
          <w:szCs w:val="24"/>
          <w:u w:val="single"/>
        </w:rPr>
        <w:t>STUDENT INTERNSHIP EVALUATION</w:t>
      </w:r>
    </w:p>
    <w:p w14:paraId="159DAE4C" w14:textId="77777777" w:rsidR="00A278A1" w:rsidRPr="007C1BC0" w:rsidRDefault="00505416">
      <w:pPr>
        <w:rPr>
          <w:rFonts w:ascii="Times New Roman" w:hAnsi="Times New Roman" w:cs="Times New Roman"/>
          <w:sz w:val="24"/>
          <w:szCs w:val="24"/>
        </w:rPr>
      </w:pPr>
      <w:r w:rsidRPr="007C1BC0">
        <w:rPr>
          <w:rFonts w:ascii="Times New Roman" w:hAnsi="Times New Roman" w:cs="Times New Roman"/>
          <w:sz w:val="24"/>
          <w:szCs w:val="24"/>
        </w:rPr>
        <w:t>Thank you for completing this evaluation. Your feedback helps improve the Business Internship Program and assists future students in selecting quality internship sites. Please provide an honest evaluation of your internship experience.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840"/>
      </w:tblGrid>
      <w:tr w:rsidR="00A278A1" w:rsidRPr="007C1BC0" w14:paraId="253D39CA" w14:textId="77777777" w:rsidTr="007C1BC0">
        <w:trPr>
          <w:jc w:val="center"/>
        </w:trPr>
        <w:tc>
          <w:tcPr>
            <w:tcW w:w="3510" w:type="dxa"/>
          </w:tcPr>
          <w:p w14:paraId="5D34680F" w14:textId="77777777" w:rsidR="00A278A1" w:rsidRPr="007C1BC0" w:rsidRDefault="00505416" w:rsidP="007C1BC0">
            <w:pPr>
              <w:pStyle w:val="NoSpacing"/>
              <w:rPr>
                <w:rFonts w:ascii="Times New Roman" w:hAnsi="Times New Roman" w:cs="Times New Roman"/>
                <w:sz w:val="24"/>
                <w:szCs w:val="24"/>
              </w:rPr>
            </w:pPr>
            <w:r w:rsidRPr="007C1BC0">
              <w:rPr>
                <w:rFonts w:ascii="Times New Roman" w:hAnsi="Times New Roman" w:cs="Times New Roman"/>
                <w:sz w:val="24"/>
                <w:szCs w:val="24"/>
              </w:rPr>
              <w:t>Student Name</w:t>
            </w:r>
          </w:p>
        </w:tc>
        <w:tc>
          <w:tcPr>
            <w:tcW w:w="6840" w:type="dxa"/>
          </w:tcPr>
          <w:p w14:paraId="3E88E81B" w14:textId="1C1E5302" w:rsidR="00A278A1" w:rsidRPr="007C1BC0" w:rsidRDefault="00A278A1" w:rsidP="007C1BC0">
            <w:pPr>
              <w:pStyle w:val="NoSpacing"/>
              <w:rPr>
                <w:rFonts w:ascii="Times New Roman" w:hAnsi="Times New Roman" w:cs="Times New Roman"/>
                <w:sz w:val="24"/>
                <w:szCs w:val="24"/>
              </w:rPr>
            </w:pPr>
          </w:p>
        </w:tc>
      </w:tr>
      <w:tr w:rsidR="00A278A1" w:rsidRPr="007C1BC0" w14:paraId="5A2590B0" w14:textId="77777777" w:rsidTr="007C1BC0">
        <w:trPr>
          <w:jc w:val="center"/>
        </w:trPr>
        <w:tc>
          <w:tcPr>
            <w:tcW w:w="3510" w:type="dxa"/>
          </w:tcPr>
          <w:p w14:paraId="38DEB607" w14:textId="77777777" w:rsidR="00A278A1" w:rsidRPr="007C1BC0" w:rsidRDefault="00505416" w:rsidP="007C1BC0">
            <w:pPr>
              <w:pStyle w:val="NoSpacing"/>
              <w:rPr>
                <w:rFonts w:ascii="Times New Roman" w:hAnsi="Times New Roman" w:cs="Times New Roman"/>
                <w:sz w:val="24"/>
                <w:szCs w:val="24"/>
              </w:rPr>
            </w:pPr>
            <w:r w:rsidRPr="007C1BC0">
              <w:rPr>
                <w:rFonts w:ascii="Times New Roman" w:hAnsi="Times New Roman" w:cs="Times New Roman"/>
                <w:sz w:val="24"/>
                <w:szCs w:val="24"/>
              </w:rPr>
              <w:t>Organization</w:t>
            </w:r>
          </w:p>
        </w:tc>
        <w:tc>
          <w:tcPr>
            <w:tcW w:w="6840" w:type="dxa"/>
          </w:tcPr>
          <w:p w14:paraId="52F9F47F" w14:textId="52632614" w:rsidR="00A278A1" w:rsidRPr="007C1BC0" w:rsidRDefault="00A278A1" w:rsidP="007C1BC0">
            <w:pPr>
              <w:pStyle w:val="NoSpacing"/>
              <w:rPr>
                <w:rFonts w:ascii="Times New Roman" w:hAnsi="Times New Roman" w:cs="Times New Roman"/>
                <w:sz w:val="24"/>
                <w:szCs w:val="24"/>
              </w:rPr>
            </w:pPr>
          </w:p>
        </w:tc>
      </w:tr>
      <w:tr w:rsidR="00A278A1" w:rsidRPr="007C1BC0" w14:paraId="6642F67A" w14:textId="77777777" w:rsidTr="007C1BC0">
        <w:trPr>
          <w:jc w:val="center"/>
        </w:trPr>
        <w:tc>
          <w:tcPr>
            <w:tcW w:w="3510" w:type="dxa"/>
          </w:tcPr>
          <w:p w14:paraId="6E2CA6FF" w14:textId="77777777" w:rsidR="00A278A1" w:rsidRPr="007C1BC0" w:rsidRDefault="00505416" w:rsidP="007C1BC0">
            <w:pPr>
              <w:pStyle w:val="NoSpacing"/>
              <w:rPr>
                <w:rFonts w:ascii="Times New Roman" w:hAnsi="Times New Roman" w:cs="Times New Roman"/>
                <w:sz w:val="24"/>
                <w:szCs w:val="24"/>
              </w:rPr>
            </w:pPr>
            <w:r w:rsidRPr="007C1BC0">
              <w:rPr>
                <w:rFonts w:ascii="Times New Roman" w:hAnsi="Times New Roman" w:cs="Times New Roman"/>
                <w:sz w:val="24"/>
                <w:szCs w:val="24"/>
              </w:rPr>
              <w:t>Location</w:t>
            </w:r>
          </w:p>
        </w:tc>
        <w:tc>
          <w:tcPr>
            <w:tcW w:w="6840" w:type="dxa"/>
          </w:tcPr>
          <w:p w14:paraId="420F7687" w14:textId="40B8A981" w:rsidR="00A278A1" w:rsidRPr="007C1BC0" w:rsidRDefault="00A278A1" w:rsidP="007C1BC0">
            <w:pPr>
              <w:pStyle w:val="NoSpacing"/>
              <w:rPr>
                <w:rFonts w:ascii="Times New Roman" w:hAnsi="Times New Roman" w:cs="Times New Roman"/>
                <w:sz w:val="24"/>
                <w:szCs w:val="24"/>
              </w:rPr>
            </w:pPr>
          </w:p>
        </w:tc>
      </w:tr>
      <w:tr w:rsidR="00A278A1" w:rsidRPr="007C1BC0" w14:paraId="09D193C0" w14:textId="77777777" w:rsidTr="007C1BC0">
        <w:trPr>
          <w:jc w:val="center"/>
        </w:trPr>
        <w:tc>
          <w:tcPr>
            <w:tcW w:w="3510" w:type="dxa"/>
          </w:tcPr>
          <w:p w14:paraId="31F69391" w14:textId="77777777" w:rsidR="00A278A1" w:rsidRPr="007C1BC0" w:rsidRDefault="00505416" w:rsidP="007C1BC0">
            <w:pPr>
              <w:pStyle w:val="NoSpacing"/>
              <w:rPr>
                <w:rFonts w:ascii="Times New Roman" w:hAnsi="Times New Roman" w:cs="Times New Roman"/>
                <w:sz w:val="24"/>
                <w:szCs w:val="24"/>
              </w:rPr>
            </w:pPr>
            <w:r w:rsidRPr="007C1BC0">
              <w:rPr>
                <w:rFonts w:ascii="Times New Roman" w:hAnsi="Times New Roman" w:cs="Times New Roman"/>
                <w:sz w:val="24"/>
                <w:szCs w:val="24"/>
              </w:rPr>
              <w:t>Supervisor</w:t>
            </w:r>
          </w:p>
        </w:tc>
        <w:tc>
          <w:tcPr>
            <w:tcW w:w="6840" w:type="dxa"/>
          </w:tcPr>
          <w:p w14:paraId="5B87F512" w14:textId="6578F747" w:rsidR="00A278A1" w:rsidRPr="007C1BC0" w:rsidRDefault="00A278A1" w:rsidP="007C1BC0">
            <w:pPr>
              <w:pStyle w:val="NoSpacing"/>
              <w:rPr>
                <w:rFonts w:ascii="Times New Roman" w:hAnsi="Times New Roman" w:cs="Times New Roman"/>
                <w:sz w:val="24"/>
                <w:szCs w:val="24"/>
              </w:rPr>
            </w:pPr>
          </w:p>
        </w:tc>
      </w:tr>
      <w:tr w:rsidR="00A278A1" w:rsidRPr="007C1BC0" w14:paraId="690267BA" w14:textId="77777777" w:rsidTr="007C1BC0">
        <w:trPr>
          <w:jc w:val="center"/>
        </w:trPr>
        <w:tc>
          <w:tcPr>
            <w:tcW w:w="3510" w:type="dxa"/>
          </w:tcPr>
          <w:p w14:paraId="481DE8EB" w14:textId="77777777" w:rsidR="00A278A1" w:rsidRPr="007C1BC0" w:rsidRDefault="00505416" w:rsidP="007C1BC0">
            <w:pPr>
              <w:pStyle w:val="NoSpacing"/>
              <w:rPr>
                <w:rFonts w:ascii="Times New Roman" w:hAnsi="Times New Roman" w:cs="Times New Roman"/>
                <w:sz w:val="24"/>
                <w:szCs w:val="24"/>
              </w:rPr>
            </w:pPr>
            <w:r w:rsidRPr="007C1BC0">
              <w:rPr>
                <w:rFonts w:ascii="Times New Roman" w:hAnsi="Times New Roman" w:cs="Times New Roman"/>
                <w:sz w:val="24"/>
                <w:szCs w:val="24"/>
              </w:rPr>
              <w:t>Semester / Date</w:t>
            </w:r>
          </w:p>
        </w:tc>
        <w:tc>
          <w:tcPr>
            <w:tcW w:w="6840" w:type="dxa"/>
          </w:tcPr>
          <w:p w14:paraId="3E7D53BE" w14:textId="2BEE2819" w:rsidR="00A278A1" w:rsidRPr="007C1BC0" w:rsidRDefault="00505416" w:rsidP="007C1BC0">
            <w:pPr>
              <w:pStyle w:val="NoSpacing"/>
              <w:rPr>
                <w:rFonts w:ascii="Times New Roman" w:hAnsi="Times New Roman" w:cs="Times New Roman"/>
                <w:sz w:val="24"/>
                <w:szCs w:val="24"/>
              </w:rPr>
            </w:pPr>
            <w:r w:rsidRPr="007C1BC0">
              <w:rPr>
                <w:rFonts w:ascii="Times New Roman" w:hAnsi="Times New Roman" w:cs="Times New Roman"/>
                <w:sz w:val="24"/>
                <w:szCs w:val="24"/>
              </w:rPr>
              <w:t xml:space="preserve">Semester: </w:t>
            </w:r>
            <w:r w:rsidR="007C1BC0" w:rsidRPr="007C1BC0">
              <w:rPr>
                <w:rFonts w:ascii="Times New Roman" w:hAnsi="Times New Roman" w:cs="Times New Roman"/>
                <w:sz w:val="24"/>
                <w:szCs w:val="24"/>
              </w:rPr>
              <w:t xml:space="preserve">                                                              </w:t>
            </w:r>
            <w:r w:rsidRPr="007C1BC0">
              <w:rPr>
                <w:rFonts w:ascii="Times New Roman" w:hAnsi="Times New Roman" w:cs="Times New Roman"/>
                <w:sz w:val="24"/>
                <w:szCs w:val="24"/>
              </w:rPr>
              <w:t xml:space="preserve"> </w:t>
            </w:r>
            <w:r w:rsidR="007C1BC0" w:rsidRPr="007C1BC0">
              <w:rPr>
                <w:rFonts w:ascii="Times New Roman" w:hAnsi="Times New Roman" w:cs="Times New Roman"/>
                <w:sz w:val="24"/>
                <w:szCs w:val="24"/>
              </w:rPr>
              <w:t xml:space="preserve">                </w:t>
            </w:r>
            <w:r w:rsidRPr="007C1BC0">
              <w:rPr>
                <w:rFonts w:ascii="Times New Roman" w:hAnsi="Times New Roman" w:cs="Times New Roman"/>
                <w:sz w:val="24"/>
                <w:szCs w:val="24"/>
              </w:rPr>
              <w:t xml:space="preserve">Date: </w:t>
            </w:r>
          </w:p>
        </w:tc>
      </w:tr>
    </w:tbl>
    <w:p w14:paraId="05D51AEA" w14:textId="77777777" w:rsidR="003841C5" w:rsidRDefault="003841C5" w:rsidP="003841C5">
      <w:pPr>
        <w:pStyle w:val="NoSpacing"/>
      </w:pPr>
    </w:p>
    <w:p w14:paraId="1C524442" w14:textId="147C765A" w:rsidR="00A278A1" w:rsidRPr="00D52CA5" w:rsidRDefault="00505416" w:rsidP="003841C5">
      <w:pPr>
        <w:pStyle w:val="NoSpacing"/>
        <w:rPr>
          <w:b/>
          <w:bCs/>
          <w:u w:val="single"/>
        </w:rPr>
      </w:pPr>
      <w:r w:rsidRPr="00D52CA5">
        <w:rPr>
          <w:b/>
          <w:bCs/>
          <w:u w:val="single"/>
        </w:rPr>
        <w:t>Rating Scale</w:t>
      </w:r>
    </w:p>
    <w:p w14:paraId="1B114ADB" w14:textId="77777777" w:rsidR="00A278A1" w:rsidRDefault="00505416" w:rsidP="003841C5">
      <w:pPr>
        <w:pStyle w:val="NoSpacing"/>
      </w:pPr>
      <w:r w:rsidRPr="007C1BC0">
        <w:t>4 = Excellent – Consistently exceeded expectations</w:t>
      </w:r>
      <w:r w:rsidRPr="007C1BC0">
        <w:br/>
        <w:t>3 = Good – Usually met or exceeded expectations</w:t>
      </w:r>
      <w:r w:rsidRPr="007C1BC0">
        <w:br/>
        <w:t>2 = Average – Met expectations</w:t>
      </w:r>
      <w:r w:rsidRPr="007C1BC0">
        <w:br/>
        <w:t>1 = Poor – Rarely met expectations</w:t>
      </w:r>
      <w:r w:rsidRPr="007C1BC0">
        <w:br/>
        <w:t>N/A = Not Applicable / Unable to Observe</w:t>
      </w:r>
    </w:p>
    <w:p w14:paraId="7E479958" w14:textId="77777777" w:rsidR="003841C5" w:rsidRPr="007C1BC0" w:rsidRDefault="003841C5" w:rsidP="003841C5">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7"/>
        <w:gridCol w:w="449"/>
        <w:gridCol w:w="449"/>
        <w:gridCol w:w="449"/>
        <w:gridCol w:w="466"/>
        <w:gridCol w:w="630"/>
      </w:tblGrid>
      <w:tr w:rsidR="007C1BC0" w:rsidRPr="007C1BC0" w14:paraId="5A0F18C4" w14:textId="069143BD" w:rsidTr="003841C5">
        <w:tc>
          <w:tcPr>
            <w:tcW w:w="8568" w:type="dxa"/>
            <w:shd w:val="clear" w:color="auto" w:fill="FFC000"/>
          </w:tcPr>
          <w:p w14:paraId="017173DA" w14:textId="77777777" w:rsidR="007C1BC0" w:rsidRPr="007C1BC0" w:rsidRDefault="007C1BC0" w:rsidP="007C1BC0">
            <w:pPr>
              <w:rPr>
                <w:rFonts w:ascii="Times New Roman" w:hAnsi="Times New Roman" w:cs="Times New Roman"/>
                <w:sz w:val="24"/>
                <w:szCs w:val="24"/>
              </w:rPr>
            </w:pPr>
            <w:r w:rsidRPr="007C1BC0">
              <w:rPr>
                <w:rFonts w:ascii="Times New Roman" w:hAnsi="Times New Roman" w:cs="Times New Roman"/>
                <w:sz w:val="24"/>
                <w:szCs w:val="24"/>
              </w:rPr>
              <w:t>Evaluation Criteria</w:t>
            </w:r>
          </w:p>
        </w:tc>
        <w:tc>
          <w:tcPr>
            <w:tcW w:w="450" w:type="dxa"/>
            <w:shd w:val="clear" w:color="auto" w:fill="FFC000"/>
          </w:tcPr>
          <w:p w14:paraId="78761FD3" w14:textId="77777777" w:rsidR="007C1BC0" w:rsidRPr="007C1BC0" w:rsidRDefault="007C1BC0" w:rsidP="007C1BC0">
            <w:pPr>
              <w:rPr>
                <w:rFonts w:ascii="Times New Roman" w:hAnsi="Times New Roman" w:cs="Times New Roman"/>
                <w:b/>
                <w:bCs/>
                <w:sz w:val="24"/>
                <w:szCs w:val="24"/>
              </w:rPr>
            </w:pPr>
            <w:r w:rsidRPr="007C1BC0">
              <w:rPr>
                <w:rFonts w:ascii="Times New Roman" w:hAnsi="Times New Roman" w:cs="Times New Roman"/>
                <w:b/>
                <w:bCs/>
                <w:sz w:val="24"/>
                <w:szCs w:val="24"/>
              </w:rPr>
              <w:t>4</w:t>
            </w:r>
          </w:p>
        </w:tc>
        <w:tc>
          <w:tcPr>
            <w:tcW w:w="450" w:type="dxa"/>
            <w:shd w:val="clear" w:color="auto" w:fill="FFC000"/>
          </w:tcPr>
          <w:p w14:paraId="66AFD33E" w14:textId="77777777" w:rsidR="007C1BC0" w:rsidRPr="007C1BC0" w:rsidRDefault="007C1BC0" w:rsidP="007C1BC0">
            <w:pPr>
              <w:rPr>
                <w:rFonts w:ascii="Times New Roman" w:hAnsi="Times New Roman" w:cs="Times New Roman"/>
                <w:b/>
                <w:bCs/>
                <w:sz w:val="24"/>
                <w:szCs w:val="24"/>
              </w:rPr>
            </w:pPr>
            <w:r w:rsidRPr="007C1BC0">
              <w:rPr>
                <w:rFonts w:ascii="Times New Roman" w:hAnsi="Times New Roman" w:cs="Times New Roman"/>
                <w:b/>
                <w:bCs/>
                <w:sz w:val="24"/>
                <w:szCs w:val="24"/>
              </w:rPr>
              <w:t>3</w:t>
            </w:r>
          </w:p>
        </w:tc>
        <w:tc>
          <w:tcPr>
            <w:tcW w:w="450" w:type="dxa"/>
            <w:shd w:val="clear" w:color="auto" w:fill="FFC000"/>
          </w:tcPr>
          <w:p w14:paraId="0247E4FE" w14:textId="77777777" w:rsidR="007C1BC0" w:rsidRPr="007C1BC0" w:rsidRDefault="007C1BC0" w:rsidP="007C1BC0">
            <w:pPr>
              <w:rPr>
                <w:rFonts w:ascii="Times New Roman" w:hAnsi="Times New Roman" w:cs="Times New Roman"/>
                <w:b/>
                <w:bCs/>
                <w:sz w:val="24"/>
                <w:szCs w:val="24"/>
              </w:rPr>
            </w:pPr>
            <w:r w:rsidRPr="007C1BC0">
              <w:rPr>
                <w:rFonts w:ascii="Times New Roman" w:hAnsi="Times New Roman" w:cs="Times New Roman"/>
                <w:b/>
                <w:bCs/>
                <w:sz w:val="24"/>
                <w:szCs w:val="24"/>
              </w:rPr>
              <w:t>2</w:t>
            </w:r>
          </w:p>
        </w:tc>
        <w:tc>
          <w:tcPr>
            <w:tcW w:w="468" w:type="dxa"/>
            <w:shd w:val="clear" w:color="auto" w:fill="FFC000"/>
          </w:tcPr>
          <w:p w14:paraId="1B28943B" w14:textId="77777777" w:rsidR="007C1BC0" w:rsidRPr="007C1BC0" w:rsidRDefault="007C1BC0" w:rsidP="007C1BC0">
            <w:pPr>
              <w:rPr>
                <w:rFonts w:ascii="Times New Roman" w:hAnsi="Times New Roman" w:cs="Times New Roman"/>
                <w:b/>
                <w:bCs/>
                <w:sz w:val="24"/>
                <w:szCs w:val="24"/>
              </w:rPr>
            </w:pPr>
            <w:r w:rsidRPr="007C1BC0">
              <w:rPr>
                <w:rFonts w:ascii="Times New Roman" w:hAnsi="Times New Roman" w:cs="Times New Roman"/>
                <w:b/>
                <w:bCs/>
                <w:sz w:val="24"/>
                <w:szCs w:val="24"/>
              </w:rPr>
              <w:t>1</w:t>
            </w:r>
          </w:p>
        </w:tc>
        <w:tc>
          <w:tcPr>
            <w:tcW w:w="630" w:type="dxa"/>
            <w:shd w:val="clear" w:color="auto" w:fill="FFC000"/>
          </w:tcPr>
          <w:p w14:paraId="7ECB5880" w14:textId="77777777" w:rsidR="007C1BC0" w:rsidRPr="007C1BC0" w:rsidRDefault="007C1BC0" w:rsidP="007C1BC0">
            <w:pPr>
              <w:rPr>
                <w:rFonts w:ascii="Times New Roman" w:hAnsi="Times New Roman" w:cs="Times New Roman"/>
                <w:b/>
                <w:bCs/>
                <w:sz w:val="24"/>
                <w:szCs w:val="24"/>
              </w:rPr>
            </w:pPr>
            <w:r w:rsidRPr="007C1BC0">
              <w:rPr>
                <w:rFonts w:ascii="Times New Roman" w:hAnsi="Times New Roman" w:cs="Times New Roman"/>
                <w:b/>
                <w:bCs/>
                <w:sz w:val="24"/>
                <w:szCs w:val="24"/>
              </w:rPr>
              <w:t>N/A</w:t>
            </w:r>
          </w:p>
        </w:tc>
      </w:tr>
      <w:tr w:rsidR="007C1BC0" w:rsidRPr="007C1BC0" w14:paraId="71E662E7" w14:textId="70FD94EE" w:rsidTr="003841C5">
        <w:tc>
          <w:tcPr>
            <w:tcW w:w="8568" w:type="dxa"/>
          </w:tcPr>
          <w:p w14:paraId="1035F132" w14:textId="77777777" w:rsidR="007C1BC0" w:rsidRPr="007C1BC0" w:rsidRDefault="007C1BC0" w:rsidP="003841C5">
            <w:pPr>
              <w:pStyle w:val="NoSpacing"/>
            </w:pPr>
            <w:r w:rsidRPr="007C1BC0">
              <w:t>Work experience related to my area of study</w:t>
            </w:r>
          </w:p>
        </w:tc>
        <w:tc>
          <w:tcPr>
            <w:tcW w:w="450" w:type="dxa"/>
          </w:tcPr>
          <w:p w14:paraId="0072C46A"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4DE5C14B"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0235293A" w14:textId="77777777" w:rsidR="007C1BC0" w:rsidRPr="007C1BC0" w:rsidRDefault="007C1BC0" w:rsidP="003841C5">
            <w:pPr>
              <w:pStyle w:val="NoSpacing"/>
            </w:pPr>
            <w:r w:rsidRPr="007C1BC0">
              <w:rPr>
                <w:rFonts w:ascii="Segoe UI Symbol" w:hAnsi="Segoe UI Symbol" w:cs="Segoe UI Symbol"/>
              </w:rPr>
              <w:t>☐</w:t>
            </w:r>
          </w:p>
        </w:tc>
        <w:tc>
          <w:tcPr>
            <w:tcW w:w="468" w:type="dxa"/>
          </w:tcPr>
          <w:p w14:paraId="4C7B3FE1" w14:textId="77777777" w:rsidR="007C1BC0" w:rsidRPr="007C1BC0" w:rsidRDefault="007C1BC0" w:rsidP="003841C5">
            <w:pPr>
              <w:pStyle w:val="NoSpacing"/>
            </w:pPr>
            <w:r w:rsidRPr="007C1BC0">
              <w:rPr>
                <w:rFonts w:ascii="Segoe UI Symbol" w:hAnsi="Segoe UI Symbol" w:cs="Segoe UI Symbol"/>
              </w:rPr>
              <w:t>☐</w:t>
            </w:r>
          </w:p>
        </w:tc>
        <w:tc>
          <w:tcPr>
            <w:tcW w:w="630" w:type="dxa"/>
          </w:tcPr>
          <w:p w14:paraId="2F4E8238" w14:textId="77777777" w:rsidR="007C1BC0" w:rsidRPr="007C1BC0" w:rsidRDefault="007C1BC0" w:rsidP="003841C5">
            <w:pPr>
              <w:pStyle w:val="NoSpacing"/>
            </w:pPr>
            <w:r w:rsidRPr="007C1BC0">
              <w:rPr>
                <w:rFonts w:ascii="Segoe UI Symbol" w:hAnsi="Segoe UI Symbol" w:cs="Segoe UI Symbol"/>
              </w:rPr>
              <w:t>☐</w:t>
            </w:r>
          </w:p>
        </w:tc>
      </w:tr>
      <w:tr w:rsidR="007C1BC0" w:rsidRPr="007C1BC0" w14:paraId="3AD739EA" w14:textId="0DACAA19" w:rsidTr="003841C5">
        <w:tc>
          <w:tcPr>
            <w:tcW w:w="8568" w:type="dxa"/>
          </w:tcPr>
          <w:p w14:paraId="2E6D197A" w14:textId="77777777" w:rsidR="007C1BC0" w:rsidRPr="007C1BC0" w:rsidRDefault="007C1BC0" w:rsidP="003841C5">
            <w:pPr>
              <w:pStyle w:val="NoSpacing"/>
            </w:pPr>
            <w:r w:rsidRPr="007C1BC0">
              <w:t>Adequacy of employer supervision</w:t>
            </w:r>
          </w:p>
        </w:tc>
        <w:tc>
          <w:tcPr>
            <w:tcW w:w="450" w:type="dxa"/>
          </w:tcPr>
          <w:p w14:paraId="2A7723FB"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37AC12AD"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5F553D0E" w14:textId="77777777" w:rsidR="007C1BC0" w:rsidRPr="007C1BC0" w:rsidRDefault="007C1BC0" w:rsidP="003841C5">
            <w:pPr>
              <w:pStyle w:val="NoSpacing"/>
            </w:pPr>
            <w:r w:rsidRPr="007C1BC0">
              <w:rPr>
                <w:rFonts w:ascii="Segoe UI Symbol" w:hAnsi="Segoe UI Symbol" w:cs="Segoe UI Symbol"/>
              </w:rPr>
              <w:t>☐</w:t>
            </w:r>
          </w:p>
        </w:tc>
        <w:tc>
          <w:tcPr>
            <w:tcW w:w="468" w:type="dxa"/>
          </w:tcPr>
          <w:p w14:paraId="6414237E" w14:textId="77777777" w:rsidR="007C1BC0" w:rsidRPr="007C1BC0" w:rsidRDefault="007C1BC0" w:rsidP="003841C5">
            <w:pPr>
              <w:pStyle w:val="NoSpacing"/>
            </w:pPr>
            <w:r w:rsidRPr="007C1BC0">
              <w:rPr>
                <w:rFonts w:ascii="Segoe UI Symbol" w:hAnsi="Segoe UI Symbol" w:cs="Segoe UI Symbol"/>
              </w:rPr>
              <w:t>☐</w:t>
            </w:r>
          </w:p>
        </w:tc>
        <w:tc>
          <w:tcPr>
            <w:tcW w:w="630" w:type="dxa"/>
          </w:tcPr>
          <w:p w14:paraId="73A277B4" w14:textId="77777777" w:rsidR="007C1BC0" w:rsidRPr="007C1BC0" w:rsidRDefault="007C1BC0" w:rsidP="003841C5">
            <w:pPr>
              <w:pStyle w:val="NoSpacing"/>
            </w:pPr>
            <w:r w:rsidRPr="007C1BC0">
              <w:rPr>
                <w:rFonts w:ascii="Segoe UI Symbol" w:hAnsi="Segoe UI Symbol" w:cs="Segoe UI Symbol"/>
              </w:rPr>
              <w:t>☐</w:t>
            </w:r>
          </w:p>
        </w:tc>
      </w:tr>
      <w:tr w:rsidR="007C1BC0" w:rsidRPr="007C1BC0" w14:paraId="0F968A77" w14:textId="6E2C3755" w:rsidTr="003841C5">
        <w:tc>
          <w:tcPr>
            <w:tcW w:w="8568" w:type="dxa"/>
          </w:tcPr>
          <w:p w14:paraId="6DD593DB" w14:textId="77777777" w:rsidR="007C1BC0" w:rsidRPr="007C1BC0" w:rsidRDefault="007C1BC0" w:rsidP="003841C5">
            <w:pPr>
              <w:pStyle w:val="NoSpacing"/>
            </w:pPr>
            <w:r w:rsidRPr="007C1BC0">
              <w:t>Helpfulness of supervisor</w:t>
            </w:r>
          </w:p>
        </w:tc>
        <w:tc>
          <w:tcPr>
            <w:tcW w:w="450" w:type="dxa"/>
          </w:tcPr>
          <w:p w14:paraId="35962E32"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5D7714E5"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3C698223" w14:textId="77777777" w:rsidR="007C1BC0" w:rsidRPr="007C1BC0" w:rsidRDefault="007C1BC0" w:rsidP="003841C5">
            <w:pPr>
              <w:pStyle w:val="NoSpacing"/>
            </w:pPr>
            <w:r w:rsidRPr="007C1BC0">
              <w:rPr>
                <w:rFonts w:ascii="Segoe UI Symbol" w:hAnsi="Segoe UI Symbol" w:cs="Segoe UI Symbol"/>
              </w:rPr>
              <w:t>☐</w:t>
            </w:r>
          </w:p>
        </w:tc>
        <w:tc>
          <w:tcPr>
            <w:tcW w:w="468" w:type="dxa"/>
          </w:tcPr>
          <w:p w14:paraId="36B2569A" w14:textId="77777777" w:rsidR="007C1BC0" w:rsidRPr="007C1BC0" w:rsidRDefault="007C1BC0" w:rsidP="003841C5">
            <w:pPr>
              <w:pStyle w:val="NoSpacing"/>
            </w:pPr>
            <w:r w:rsidRPr="007C1BC0">
              <w:rPr>
                <w:rFonts w:ascii="Segoe UI Symbol" w:hAnsi="Segoe UI Symbol" w:cs="Segoe UI Symbol"/>
              </w:rPr>
              <w:t>☐</w:t>
            </w:r>
          </w:p>
        </w:tc>
        <w:tc>
          <w:tcPr>
            <w:tcW w:w="630" w:type="dxa"/>
          </w:tcPr>
          <w:p w14:paraId="72B11C45" w14:textId="77777777" w:rsidR="007C1BC0" w:rsidRPr="007C1BC0" w:rsidRDefault="007C1BC0" w:rsidP="003841C5">
            <w:pPr>
              <w:pStyle w:val="NoSpacing"/>
            </w:pPr>
            <w:r w:rsidRPr="007C1BC0">
              <w:rPr>
                <w:rFonts w:ascii="Segoe UI Symbol" w:hAnsi="Segoe UI Symbol" w:cs="Segoe UI Symbol"/>
              </w:rPr>
              <w:t>☐</w:t>
            </w:r>
          </w:p>
        </w:tc>
      </w:tr>
      <w:tr w:rsidR="007C1BC0" w:rsidRPr="007C1BC0" w14:paraId="6443B5B5" w14:textId="728ABDA7" w:rsidTr="003841C5">
        <w:tc>
          <w:tcPr>
            <w:tcW w:w="8568" w:type="dxa"/>
          </w:tcPr>
          <w:p w14:paraId="1D4AB366" w14:textId="77777777" w:rsidR="007C1BC0" w:rsidRPr="007C1BC0" w:rsidRDefault="007C1BC0" w:rsidP="003841C5">
            <w:pPr>
              <w:pStyle w:val="NoSpacing"/>
            </w:pPr>
            <w:r w:rsidRPr="007C1BC0">
              <w:t>Acceptance by fellow employees</w:t>
            </w:r>
          </w:p>
        </w:tc>
        <w:tc>
          <w:tcPr>
            <w:tcW w:w="450" w:type="dxa"/>
          </w:tcPr>
          <w:p w14:paraId="55D1246C"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536F314E"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6BC350A7" w14:textId="77777777" w:rsidR="007C1BC0" w:rsidRPr="007C1BC0" w:rsidRDefault="007C1BC0" w:rsidP="003841C5">
            <w:pPr>
              <w:pStyle w:val="NoSpacing"/>
            </w:pPr>
            <w:r w:rsidRPr="007C1BC0">
              <w:rPr>
                <w:rFonts w:ascii="Segoe UI Symbol" w:hAnsi="Segoe UI Symbol" w:cs="Segoe UI Symbol"/>
              </w:rPr>
              <w:t>☐</w:t>
            </w:r>
          </w:p>
        </w:tc>
        <w:tc>
          <w:tcPr>
            <w:tcW w:w="468" w:type="dxa"/>
          </w:tcPr>
          <w:p w14:paraId="3EFA1645" w14:textId="77777777" w:rsidR="007C1BC0" w:rsidRPr="007C1BC0" w:rsidRDefault="007C1BC0" w:rsidP="003841C5">
            <w:pPr>
              <w:pStyle w:val="NoSpacing"/>
            </w:pPr>
            <w:r w:rsidRPr="007C1BC0">
              <w:rPr>
                <w:rFonts w:ascii="Segoe UI Symbol" w:hAnsi="Segoe UI Symbol" w:cs="Segoe UI Symbol"/>
              </w:rPr>
              <w:t>☐</w:t>
            </w:r>
          </w:p>
        </w:tc>
        <w:tc>
          <w:tcPr>
            <w:tcW w:w="630" w:type="dxa"/>
          </w:tcPr>
          <w:p w14:paraId="1B353BCC" w14:textId="77777777" w:rsidR="007C1BC0" w:rsidRPr="007C1BC0" w:rsidRDefault="007C1BC0" w:rsidP="003841C5">
            <w:pPr>
              <w:pStyle w:val="NoSpacing"/>
            </w:pPr>
            <w:r w:rsidRPr="007C1BC0">
              <w:rPr>
                <w:rFonts w:ascii="Segoe UI Symbol" w:hAnsi="Segoe UI Symbol" w:cs="Segoe UI Symbol"/>
              </w:rPr>
              <w:t>☐</w:t>
            </w:r>
          </w:p>
        </w:tc>
      </w:tr>
      <w:tr w:rsidR="007C1BC0" w:rsidRPr="007C1BC0" w14:paraId="2F23698F" w14:textId="7BD875A6" w:rsidTr="003841C5">
        <w:tc>
          <w:tcPr>
            <w:tcW w:w="8568" w:type="dxa"/>
          </w:tcPr>
          <w:p w14:paraId="149ECE3A" w14:textId="77777777" w:rsidR="007C1BC0" w:rsidRPr="007C1BC0" w:rsidRDefault="007C1BC0" w:rsidP="003841C5">
            <w:pPr>
              <w:pStyle w:val="NoSpacing"/>
            </w:pPr>
            <w:r w:rsidRPr="007C1BC0">
              <w:t>Opportunity to apply classroom knowledge and training</w:t>
            </w:r>
          </w:p>
        </w:tc>
        <w:tc>
          <w:tcPr>
            <w:tcW w:w="450" w:type="dxa"/>
          </w:tcPr>
          <w:p w14:paraId="2B5A4902"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41AFA592"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0A6FB5B3" w14:textId="77777777" w:rsidR="007C1BC0" w:rsidRPr="007C1BC0" w:rsidRDefault="007C1BC0" w:rsidP="003841C5">
            <w:pPr>
              <w:pStyle w:val="NoSpacing"/>
            </w:pPr>
            <w:r w:rsidRPr="007C1BC0">
              <w:rPr>
                <w:rFonts w:ascii="Segoe UI Symbol" w:hAnsi="Segoe UI Symbol" w:cs="Segoe UI Symbol"/>
              </w:rPr>
              <w:t>☐</w:t>
            </w:r>
          </w:p>
        </w:tc>
        <w:tc>
          <w:tcPr>
            <w:tcW w:w="468" w:type="dxa"/>
          </w:tcPr>
          <w:p w14:paraId="7A9A3777" w14:textId="77777777" w:rsidR="007C1BC0" w:rsidRPr="007C1BC0" w:rsidRDefault="007C1BC0" w:rsidP="003841C5">
            <w:pPr>
              <w:pStyle w:val="NoSpacing"/>
            </w:pPr>
            <w:r w:rsidRPr="007C1BC0">
              <w:rPr>
                <w:rFonts w:ascii="Segoe UI Symbol" w:hAnsi="Segoe UI Symbol" w:cs="Segoe UI Symbol"/>
              </w:rPr>
              <w:t>☐</w:t>
            </w:r>
          </w:p>
        </w:tc>
        <w:tc>
          <w:tcPr>
            <w:tcW w:w="630" w:type="dxa"/>
          </w:tcPr>
          <w:p w14:paraId="094ECD37" w14:textId="77777777" w:rsidR="007C1BC0" w:rsidRPr="007C1BC0" w:rsidRDefault="007C1BC0" w:rsidP="003841C5">
            <w:pPr>
              <w:pStyle w:val="NoSpacing"/>
            </w:pPr>
            <w:r w:rsidRPr="007C1BC0">
              <w:rPr>
                <w:rFonts w:ascii="Segoe UI Symbol" w:hAnsi="Segoe UI Symbol" w:cs="Segoe UI Symbol"/>
              </w:rPr>
              <w:t>☐</w:t>
            </w:r>
          </w:p>
        </w:tc>
      </w:tr>
      <w:tr w:rsidR="007C1BC0" w:rsidRPr="007C1BC0" w14:paraId="1F16C04C" w14:textId="6E889DC3" w:rsidTr="003841C5">
        <w:tc>
          <w:tcPr>
            <w:tcW w:w="8568" w:type="dxa"/>
          </w:tcPr>
          <w:p w14:paraId="7C955DB9" w14:textId="14C0A6A4" w:rsidR="007C1BC0" w:rsidRPr="007C1BC0" w:rsidRDefault="007C1BC0" w:rsidP="003841C5">
            <w:pPr>
              <w:pStyle w:val="NoSpacing"/>
            </w:pPr>
            <w:r w:rsidRPr="007C1BC0">
              <w:t xml:space="preserve">Opportunity to develop interpersonal, analytical, organizational, </w:t>
            </w:r>
            <w:r w:rsidR="003841C5">
              <w:t>&amp;</w:t>
            </w:r>
            <w:r w:rsidRPr="007C1BC0">
              <w:t xml:space="preserve"> professional skills</w:t>
            </w:r>
          </w:p>
        </w:tc>
        <w:tc>
          <w:tcPr>
            <w:tcW w:w="450" w:type="dxa"/>
          </w:tcPr>
          <w:p w14:paraId="09398D0E"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7FE4F586"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0DAC12AA" w14:textId="77777777" w:rsidR="007C1BC0" w:rsidRPr="007C1BC0" w:rsidRDefault="007C1BC0" w:rsidP="003841C5">
            <w:pPr>
              <w:pStyle w:val="NoSpacing"/>
            </w:pPr>
            <w:r w:rsidRPr="007C1BC0">
              <w:rPr>
                <w:rFonts w:ascii="Segoe UI Symbol" w:hAnsi="Segoe UI Symbol" w:cs="Segoe UI Symbol"/>
              </w:rPr>
              <w:t>☐</w:t>
            </w:r>
          </w:p>
        </w:tc>
        <w:tc>
          <w:tcPr>
            <w:tcW w:w="468" w:type="dxa"/>
          </w:tcPr>
          <w:p w14:paraId="1D54B656" w14:textId="77777777" w:rsidR="007C1BC0" w:rsidRPr="007C1BC0" w:rsidRDefault="007C1BC0" w:rsidP="003841C5">
            <w:pPr>
              <w:pStyle w:val="NoSpacing"/>
            </w:pPr>
            <w:r w:rsidRPr="007C1BC0">
              <w:rPr>
                <w:rFonts w:ascii="Segoe UI Symbol" w:hAnsi="Segoe UI Symbol" w:cs="Segoe UI Symbol"/>
              </w:rPr>
              <w:t>☐</w:t>
            </w:r>
          </w:p>
        </w:tc>
        <w:tc>
          <w:tcPr>
            <w:tcW w:w="630" w:type="dxa"/>
          </w:tcPr>
          <w:p w14:paraId="55E3CC05" w14:textId="77777777" w:rsidR="007C1BC0" w:rsidRPr="007C1BC0" w:rsidRDefault="007C1BC0" w:rsidP="003841C5">
            <w:pPr>
              <w:pStyle w:val="NoSpacing"/>
            </w:pPr>
            <w:r w:rsidRPr="007C1BC0">
              <w:rPr>
                <w:rFonts w:ascii="Segoe UI Symbol" w:hAnsi="Segoe UI Symbol" w:cs="Segoe UI Symbol"/>
              </w:rPr>
              <w:t>☐</w:t>
            </w:r>
          </w:p>
        </w:tc>
      </w:tr>
      <w:tr w:rsidR="007C1BC0" w:rsidRPr="007C1BC0" w14:paraId="4E2677AC" w14:textId="011F4A56" w:rsidTr="003841C5">
        <w:tc>
          <w:tcPr>
            <w:tcW w:w="8568" w:type="dxa"/>
          </w:tcPr>
          <w:p w14:paraId="46DBED57" w14:textId="77777777" w:rsidR="007C1BC0" w:rsidRPr="007C1BC0" w:rsidRDefault="007C1BC0" w:rsidP="003841C5">
            <w:pPr>
              <w:pStyle w:val="NoSpacing"/>
            </w:pPr>
            <w:r w:rsidRPr="007C1BC0">
              <w:t>Responsibilities were appropriate for my abilities and professional growth</w:t>
            </w:r>
          </w:p>
        </w:tc>
        <w:tc>
          <w:tcPr>
            <w:tcW w:w="450" w:type="dxa"/>
          </w:tcPr>
          <w:p w14:paraId="7E2CF240"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1D5684AD"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1B2CAB67" w14:textId="77777777" w:rsidR="007C1BC0" w:rsidRPr="007C1BC0" w:rsidRDefault="007C1BC0" w:rsidP="003841C5">
            <w:pPr>
              <w:pStyle w:val="NoSpacing"/>
            </w:pPr>
            <w:r w:rsidRPr="007C1BC0">
              <w:rPr>
                <w:rFonts w:ascii="Segoe UI Symbol" w:hAnsi="Segoe UI Symbol" w:cs="Segoe UI Symbol"/>
              </w:rPr>
              <w:t>☐</w:t>
            </w:r>
          </w:p>
        </w:tc>
        <w:tc>
          <w:tcPr>
            <w:tcW w:w="468" w:type="dxa"/>
          </w:tcPr>
          <w:p w14:paraId="1BB85DFF" w14:textId="77777777" w:rsidR="007C1BC0" w:rsidRPr="007C1BC0" w:rsidRDefault="007C1BC0" w:rsidP="003841C5">
            <w:pPr>
              <w:pStyle w:val="NoSpacing"/>
            </w:pPr>
            <w:r w:rsidRPr="007C1BC0">
              <w:rPr>
                <w:rFonts w:ascii="Segoe UI Symbol" w:hAnsi="Segoe UI Symbol" w:cs="Segoe UI Symbol"/>
              </w:rPr>
              <w:t>☐</w:t>
            </w:r>
          </w:p>
        </w:tc>
        <w:tc>
          <w:tcPr>
            <w:tcW w:w="630" w:type="dxa"/>
          </w:tcPr>
          <w:p w14:paraId="0AFAAF5F" w14:textId="77777777" w:rsidR="007C1BC0" w:rsidRPr="007C1BC0" w:rsidRDefault="007C1BC0" w:rsidP="003841C5">
            <w:pPr>
              <w:pStyle w:val="NoSpacing"/>
            </w:pPr>
            <w:r w:rsidRPr="007C1BC0">
              <w:rPr>
                <w:rFonts w:ascii="Segoe UI Symbol" w:hAnsi="Segoe UI Symbol" w:cs="Segoe UI Symbol"/>
              </w:rPr>
              <w:t>☐</w:t>
            </w:r>
          </w:p>
        </w:tc>
      </w:tr>
      <w:tr w:rsidR="007C1BC0" w:rsidRPr="007C1BC0" w14:paraId="62C5FFC5" w14:textId="729D08FC" w:rsidTr="003841C5">
        <w:tc>
          <w:tcPr>
            <w:tcW w:w="8568" w:type="dxa"/>
          </w:tcPr>
          <w:p w14:paraId="34C9E91C" w14:textId="77777777" w:rsidR="007C1BC0" w:rsidRPr="007C1BC0" w:rsidRDefault="007C1BC0" w:rsidP="003841C5">
            <w:pPr>
              <w:pStyle w:val="NoSpacing"/>
            </w:pPr>
            <w:r w:rsidRPr="007C1BC0">
              <w:t>Opportunity to develop communication skills</w:t>
            </w:r>
          </w:p>
        </w:tc>
        <w:tc>
          <w:tcPr>
            <w:tcW w:w="450" w:type="dxa"/>
          </w:tcPr>
          <w:p w14:paraId="4100B907"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53C723EC"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19BA0188" w14:textId="77777777" w:rsidR="007C1BC0" w:rsidRPr="007C1BC0" w:rsidRDefault="007C1BC0" w:rsidP="003841C5">
            <w:pPr>
              <w:pStyle w:val="NoSpacing"/>
            </w:pPr>
            <w:r w:rsidRPr="007C1BC0">
              <w:rPr>
                <w:rFonts w:ascii="Segoe UI Symbol" w:hAnsi="Segoe UI Symbol" w:cs="Segoe UI Symbol"/>
              </w:rPr>
              <w:t>☐</w:t>
            </w:r>
          </w:p>
        </w:tc>
        <w:tc>
          <w:tcPr>
            <w:tcW w:w="468" w:type="dxa"/>
          </w:tcPr>
          <w:p w14:paraId="0FD98E5C" w14:textId="77777777" w:rsidR="007C1BC0" w:rsidRPr="007C1BC0" w:rsidRDefault="007C1BC0" w:rsidP="003841C5">
            <w:pPr>
              <w:pStyle w:val="NoSpacing"/>
            </w:pPr>
            <w:r w:rsidRPr="007C1BC0">
              <w:rPr>
                <w:rFonts w:ascii="Segoe UI Symbol" w:hAnsi="Segoe UI Symbol" w:cs="Segoe UI Symbol"/>
              </w:rPr>
              <w:t>☐</w:t>
            </w:r>
          </w:p>
        </w:tc>
        <w:tc>
          <w:tcPr>
            <w:tcW w:w="630" w:type="dxa"/>
          </w:tcPr>
          <w:p w14:paraId="28370BA2" w14:textId="77777777" w:rsidR="007C1BC0" w:rsidRPr="007C1BC0" w:rsidRDefault="007C1BC0" w:rsidP="003841C5">
            <w:pPr>
              <w:pStyle w:val="NoSpacing"/>
            </w:pPr>
            <w:r w:rsidRPr="007C1BC0">
              <w:rPr>
                <w:rFonts w:ascii="Segoe UI Symbol" w:hAnsi="Segoe UI Symbol" w:cs="Segoe UI Symbol"/>
              </w:rPr>
              <w:t>☐</w:t>
            </w:r>
          </w:p>
        </w:tc>
      </w:tr>
      <w:tr w:rsidR="007C1BC0" w:rsidRPr="007C1BC0" w14:paraId="4FA90E93" w14:textId="6A22E1FF" w:rsidTr="003841C5">
        <w:tc>
          <w:tcPr>
            <w:tcW w:w="8568" w:type="dxa"/>
          </w:tcPr>
          <w:p w14:paraId="60F21210" w14:textId="77777777" w:rsidR="007C1BC0" w:rsidRPr="007C1BC0" w:rsidRDefault="007C1BC0" w:rsidP="003841C5">
            <w:pPr>
              <w:pStyle w:val="NoSpacing"/>
            </w:pPr>
            <w:r w:rsidRPr="007C1BC0">
              <w:t>Opportunity to develop creativity and innovation</w:t>
            </w:r>
          </w:p>
        </w:tc>
        <w:tc>
          <w:tcPr>
            <w:tcW w:w="450" w:type="dxa"/>
          </w:tcPr>
          <w:p w14:paraId="41ABE66D"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7AB3ABAD"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59CE0202" w14:textId="77777777" w:rsidR="007C1BC0" w:rsidRPr="007C1BC0" w:rsidRDefault="007C1BC0" w:rsidP="003841C5">
            <w:pPr>
              <w:pStyle w:val="NoSpacing"/>
            </w:pPr>
            <w:r w:rsidRPr="007C1BC0">
              <w:rPr>
                <w:rFonts w:ascii="Segoe UI Symbol" w:hAnsi="Segoe UI Symbol" w:cs="Segoe UI Symbol"/>
              </w:rPr>
              <w:t>☐</w:t>
            </w:r>
          </w:p>
        </w:tc>
        <w:tc>
          <w:tcPr>
            <w:tcW w:w="468" w:type="dxa"/>
          </w:tcPr>
          <w:p w14:paraId="4F2FF1CC" w14:textId="77777777" w:rsidR="007C1BC0" w:rsidRPr="007C1BC0" w:rsidRDefault="007C1BC0" w:rsidP="003841C5">
            <w:pPr>
              <w:pStyle w:val="NoSpacing"/>
            </w:pPr>
            <w:r w:rsidRPr="007C1BC0">
              <w:rPr>
                <w:rFonts w:ascii="Segoe UI Symbol" w:hAnsi="Segoe UI Symbol" w:cs="Segoe UI Symbol"/>
              </w:rPr>
              <w:t>☐</w:t>
            </w:r>
          </w:p>
        </w:tc>
        <w:tc>
          <w:tcPr>
            <w:tcW w:w="630" w:type="dxa"/>
          </w:tcPr>
          <w:p w14:paraId="7D5C0E99" w14:textId="77777777" w:rsidR="007C1BC0" w:rsidRPr="007C1BC0" w:rsidRDefault="007C1BC0" w:rsidP="003841C5">
            <w:pPr>
              <w:pStyle w:val="NoSpacing"/>
            </w:pPr>
            <w:r w:rsidRPr="007C1BC0">
              <w:rPr>
                <w:rFonts w:ascii="Segoe UI Symbol" w:hAnsi="Segoe UI Symbol" w:cs="Segoe UI Symbol"/>
              </w:rPr>
              <w:t>☐</w:t>
            </w:r>
          </w:p>
        </w:tc>
      </w:tr>
      <w:tr w:rsidR="007C1BC0" w:rsidRPr="007C1BC0" w14:paraId="57AAD92D" w14:textId="07B09A4B" w:rsidTr="003841C5">
        <w:tc>
          <w:tcPr>
            <w:tcW w:w="8568" w:type="dxa"/>
          </w:tcPr>
          <w:p w14:paraId="23A0F525" w14:textId="77777777" w:rsidR="007C1BC0" w:rsidRPr="007C1BC0" w:rsidRDefault="007C1BC0" w:rsidP="003841C5">
            <w:pPr>
              <w:pStyle w:val="NoSpacing"/>
            </w:pPr>
            <w:r w:rsidRPr="007C1BC0">
              <w:t>Opportunity to solve problems and make decisions</w:t>
            </w:r>
          </w:p>
        </w:tc>
        <w:tc>
          <w:tcPr>
            <w:tcW w:w="450" w:type="dxa"/>
          </w:tcPr>
          <w:p w14:paraId="70E95AD0"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434DDD9D"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1D3BBA36" w14:textId="77777777" w:rsidR="007C1BC0" w:rsidRPr="007C1BC0" w:rsidRDefault="007C1BC0" w:rsidP="003841C5">
            <w:pPr>
              <w:pStyle w:val="NoSpacing"/>
            </w:pPr>
            <w:r w:rsidRPr="007C1BC0">
              <w:rPr>
                <w:rFonts w:ascii="Segoe UI Symbol" w:hAnsi="Segoe UI Symbol" w:cs="Segoe UI Symbol"/>
              </w:rPr>
              <w:t>☐</w:t>
            </w:r>
          </w:p>
        </w:tc>
        <w:tc>
          <w:tcPr>
            <w:tcW w:w="468" w:type="dxa"/>
          </w:tcPr>
          <w:p w14:paraId="17636BDB" w14:textId="77777777" w:rsidR="007C1BC0" w:rsidRPr="007C1BC0" w:rsidRDefault="007C1BC0" w:rsidP="003841C5">
            <w:pPr>
              <w:pStyle w:val="NoSpacing"/>
            </w:pPr>
            <w:r w:rsidRPr="007C1BC0">
              <w:rPr>
                <w:rFonts w:ascii="Segoe UI Symbol" w:hAnsi="Segoe UI Symbol" w:cs="Segoe UI Symbol"/>
              </w:rPr>
              <w:t>☐</w:t>
            </w:r>
          </w:p>
        </w:tc>
        <w:tc>
          <w:tcPr>
            <w:tcW w:w="630" w:type="dxa"/>
          </w:tcPr>
          <w:p w14:paraId="5C2D79E9" w14:textId="77777777" w:rsidR="007C1BC0" w:rsidRPr="007C1BC0" w:rsidRDefault="007C1BC0" w:rsidP="003841C5">
            <w:pPr>
              <w:pStyle w:val="NoSpacing"/>
            </w:pPr>
            <w:r w:rsidRPr="007C1BC0">
              <w:rPr>
                <w:rFonts w:ascii="Segoe UI Symbol" w:hAnsi="Segoe UI Symbol" w:cs="Segoe UI Symbol"/>
              </w:rPr>
              <w:t>☐</w:t>
            </w:r>
          </w:p>
        </w:tc>
      </w:tr>
      <w:tr w:rsidR="007C1BC0" w:rsidRPr="007C1BC0" w14:paraId="5B15630D" w14:textId="548A65B6" w:rsidTr="003841C5">
        <w:tc>
          <w:tcPr>
            <w:tcW w:w="8568" w:type="dxa"/>
          </w:tcPr>
          <w:p w14:paraId="505A8503" w14:textId="77777777" w:rsidR="007C1BC0" w:rsidRPr="007C1BC0" w:rsidRDefault="007C1BC0" w:rsidP="003841C5">
            <w:pPr>
              <w:pStyle w:val="NoSpacing"/>
            </w:pPr>
            <w:r w:rsidRPr="007C1BC0">
              <w:t>Opportunity to develop critical thinking skills</w:t>
            </w:r>
          </w:p>
        </w:tc>
        <w:tc>
          <w:tcPr>
            <w:tcW w:w="450" w:type="dxa"/>
          </w:tcPr>
          <w:p w14:paraId="3BADB2FC"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11B840CC"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649A7E04" w14:textId="77777777" w:rsidR="007C1BC0" w:rsidRPr="007C1BC0" w:rsidRDefault="007C1BC0" w:rsidP="003841C5">
            <w:pPr>
              <w:pStyle w:val="NoSpacing"/>
            </w:pPr>
            <w:r w:rsidRPr="007C1BC0">
              <w:rPr>
                <w:rFonts w:ascii="Segoe UI Symbol" w:hAnsi="Segoe UI Symbol" w:cs="Segoe UI Symbol"/>
              </w:rPr>
              <w:t>☐</w:t>
            </w:r>
          </w:p>
        </w:tc>
        <w:tc>
          <w:tcPr>
            <w:tcW w:w="468" w:type="dxa"/>
          </w:tcPr>
          <w:p w14:paraId="15E14A3B" w14:textId="77777777" w:rsidR="007C1BC0" w:rsidRPr="007C1BC0" w:rsidRDefault="007C1BC0" w:rsidP="003841C5">
            <w:pPr>
              <w:pStyle w:val="NoSpacing"/>
            </w:pPr>
            <w:r w:rsidRPr="007C1BC0">
              <w:rPr>
                <w:rFonts w:ascii="Segoe UI Symbol" w:hAnsi="Segoe UI Symbol" w:cs="Segoe UI Symbol"/>
              </w:rPr>
              <w:t>☐</w:t>
            </w:r>
          </w:p>
        </w:tc>
        <w:tc>
          <w:tcPr>
            <w:tcW w:w="630" w:type="dxa"/>
          </w:tcPr>
          <w:p w14:paraId="7EE966B0" w14:textId="77777777" w:rsidR="007C1BC0" w:rsidRPr="007C1BC0" w:rsidRDefault="007C1BC0" w:rsidP="003841C5">
            <w:pPr>
              <w:pStyle w:val="NoSpacing"/>
            </w:pPr>
            <w:r w:rsidRPr="007C1BC0">
              <w:rPr>
                <w:rFonts w:ascii="Segoe UI Symbol" w:hAnsi="Segoe UI Symbol" w:cs="Segoe UI Symbol"/>
              </w:rPr>
              <w:t>☐</w:t>
            </w:r>
          </w:p>
        </w:tc>
      </w:tr>
      <w:tr w:rsidR="007C1BC0" w:rsidRPr="007C1BC0" w14:paraId="5BB42565" w14:textId="562BB214" w:rsidTr="003841C5">
        <w:tc>
          <w:tcPr>
            <w:tcW w:w="8568" w:type="dxa"/>
          </w:tcPr>
          <w:p w14:paraId="5E85BFF7" w14:textId="77777777" w:rsidR="007C1BC0" w:rsidRPr="007C1BC0" w:rsidRDefault="007C1BC0" w:rsidP="003841C5">
            <w:pPr>
              <w:pStyle w:val="NoSpacing"/>
            </w:pPr>
            <w:proofErr w:type="gramStart"/>
            <w:r w:rsidRPr="007C1BC0">
              <w:t>Employer</w:t>
            </w:r>
            <w:proofErr w:type="gramEnd"/>
            <w:r w:rsidRPr="007C1BC0">
              <w:t xml:space="preserve"> provided an effective orientation to the organization</w:t>
            </w:r>
          </w:p>
        </w:tc>
        <w:tc>
          <w:tcPr>
            <w:tcW w:w="450" w:type="dxa"/>
          </w:tcPr>
          <w:p w14:paraId="4C224331"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59788E2F"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00F383AF" w14:textId="77777777" w:rsidR="007C1BC0" w:rsidRPr="007C1BC0" w:rsidRDefault="007C1BC0" w:rsidP="003841C5">
            <w:pPr>
              <w:pStyle w:val="NoSpacing"/>
            </w:pPr>
            <w:r w:rsidRPr="007C1BC0">
              <w:rPr>
                <w:rFonts w:ascii="Segoe UI Symbol" w:hAnsi="Segoe UI Symbol" w:cs="Segoe UI Symbol"/>
              </w:rPr>
              <w:t>☐</w:t>
            </w:r>
          </w:p>
        </w:tc>
        <w:tc>
          <w:tcPr>
            <w:tcW w:w="468" w:type="dxa"/>
          </w:tcPr>
          <w:p w14:paraId="190F858D" w14:textId="77777777" w:rsidR="007C1BC0" w:rsidRPr="007C1BC0" w:rsidRDefault="007C1BC0" w:rsidP="003841C5">
            <w:pPr>
              <w:pStyle w:val="NoSpacing"/>
            </w:pPr>
            <w:r w:rsidRPr="007C1BC0">
              <w:rPr>
                <w:rFonts w:ascii="Segoe UI Symbol" w:hAnsi="Segoe UI Symbol" w:cs="Segoe UI Symbol"/>
              </w:rPr>
              <w:t>☐</w:t>
            </w:r>
          </w:p>
        </w:tc>
        <w:tc>
          <w:tcPr>
            <w:tcW w:w="630" w:type="dxa"/>
          </w:tcPr>
          <w:p w14:paraId="038335D0" w14:textId="77777777" w:rsidR="007C1BC0" w:rsidRPr="007C1BC0" w:rsidRDefault="007C1BC0" w:rsidP="003841C5">
            <w:pPr>
              <w:pStyle w:val="NoSpacing"/>
            </w:pPr>
            <w:r w:rsidRPr="007C1BC0">
              <w:rPr>
                <w:rFonts w:ascii="Segoe UI Symbol" w:hAnsi="Segoe UI Symbol" w:cs="Segoe UI Symbol"/>
              </w:rPr>
              <w:t>☐</w:t>
            </w:r>
          </w:p>
        </w:tc>
      </w:tr>
      <w:tr w:rsidR="007C1BC0" w:rsidRPr="007C1BC0" w14:paraId="27478EC7" w14:textId="05AFB2BB" w:rsidTr="003841C5">
        <w:tc>
          <w:tcPr>
            <w:tcW w:w="8568" w:type="dxa"/>
          </w:tcPr>
          <w:p w14:paraId="290B780F" w14:textId="77777777" w:rsidR="007C1BC0" w:rsidRPr="007C1BC0" w:rsidRDefault="007C1BC0" w:rsidP="003841C5">
            <w:pPr>
              <w:pStyle w:val="NoSpacing"/>
            </w:pPr>
            <w:r w:rsidRPr="007C1BC0">
              <w:t>Supervisor provided regular feedback on my performance</w:t>
            </w:r>
          </w:p>
        </w:tc>
        <w:tc>
          <w:tcPr>
            <w:tcW w:w="450" w:type="dxa"/>
          </w:tcPr>
          <w:p w14:paraId="3809A9DF"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65C6A25B"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104F6ECE" w14:textId="77777777" w:rsidR="007C1BC0" w:rsidRPr="007C1BC0" w:rsidRDefault="007C1BC0" w:rsidP="003841C5">
            <w:pPr>
              <w:pStyle w:val="NoSpacing"/>
            </w:pPr>
            <w:r w:rsidRPr="007C1BC0">
              <w:rPr>
                <w:rFonts w:ascii="Segoe UI Symbol" w:hAnsi="Segoe UI Symbol" w:cs="Segoe UI Symbol"/>
              </w:rPr>
              <w:t>☐</w:t>
            </w:r>
          </w:p>
        </w:tc>
        <w:tc>
          <w:tcPr>
            <w:tcW w:w="468" w:type="dxa"/>
          </w:tcPr>
          <w:p w14:paraId="525A7DF9" w14:textId="77777777" w:rsidR="007C1BC0" w:rsidRPr="007C1BC0" w:rsidRDefault="007C1BC0" w:rsidP="003841C5">
            <w:pPr>
              <w:pStyle w:val="NoSpacing"/>
            </w:pPr>
            <w:r w:rsidRPr="007C1BC0">
              <w:rPr>
                <w:rFonts w:ascii="Segoe UI Symbol" w:hAnsi="Segoe UI Symbol" w:cs="Segoe UI Symbol"/>
              </w:rPr>
              <w:t>☐</w:t>
            </w:r>
          </w:p>
        </w:tc>
        <w:tc>
          <w:tcPr>
            <w:tcW w:w="630" w:type="dxa"/>
          </w:tcPr>
          <w:p w14:paraId="749F8894" w14:textId="77777777" w:rsidR="007C1BC0" w:rsidRPr="007C1BC0" w:rsidRDefault="007C1BC0" w:rsidP="003841C5">
            <w:pPr>
              <w:pStyle w:val="NoSpacing"/>
            </w:pPr>
            <w:r w:rsidRPr="007C1BC0">
              <w:rPr>
                <w:rFonts w:ascii="Segoe UI Symbol" w:hAnsi="Segoe UI Symbol" w:cs="Segoe UI Symbol"/>
              </w:rPr>
              <w:t>☐</w:t>
            </w:r>
          </w:p>
        </w:tc>
      </w:tr>
      <w:tr w:rsidR="007C1BC0" w:rsidRPr="007C1BC0" w14:paraId="1D197859" w14:textId="7F72A80C" w:rsidTr="003841C5">
        <w:tc>
          <w:tcPr>
            <w:tcW w:w="8568" w:type="dxa"/>
          </w:tcPr>
          <w:p w14:paraId="7F3D2941" w14:textId="77777777" w:rsidR="007C1BC0" w:rsidRPr="007C1BC0" w:rsidRDefault="007C1BC0" w:rsidP="003841C5">
            <w:pPr>
              <w:pStyle w:val="NoSpacing"/>
            </w:pPr>
            <w:r w:rsidRPr="007C1BC0">
              <w:t>Overall, this internship provided a valuable learning experience</w:t>
            </w:r>
          </w:p>
        </w:tc>
        <w:tc>
          <w:tcPr>
            <w:tcW w:w="450" w:type="dxa"/>
          </w:tcPr>
          <w:p w14:paraId="68648EF5"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74CD4004" w14:textId="77777777" w:rsidR="007C1BC0" w:rsidRPr="007C1BC0" w:rsidRDefault="007C1BC0" w:rsidP="003841C5">
            <w:pPr>
              <w:pStyle w:val="NoSpacing"/>
            </w:pPr>
            <w:r w:rsidRPr="007C1BC0">
              <w:rPr>
                <w:rFonts w:ascii="Segoe UI Symbol" w:hAnsi="Segoe UI Symbol" w:cs="Segoe UI Symbol"/>
              </w:rPr>
              <w:t>☐</w:t>
            </w:r>
          </w:p>
        </w:tc>
        <w:tc>
          <w:tcPr>
            <w:tcW w:w="450" w:type="dxa"/>
          </w:tcPr>
          <w:p w14:paraId="011DD2B1" w14:textId="77777777" w:rsidR="007C1BC0" w:rsidRPr="007C1BC0" w:rsidRDefault="007C1BC0" w:rsidP="003841C5">
            <w:pPr>
              <w:pStyle w:val="NoSpacing"/>
            </w:pPr>
            <w:r w:rsidRPr="007C1BC0">
              <w:rPr>
                <w:rFonts w:ascii="Segoe UI Symbol" w:hAnsi="Segoe UI Symbol" w:cs="Segoe UI Symbol"/>
              </w:rPr>
              <w:t>☐</w:t>
            </w:r>
          </w:p>
        </w:tc>
        <w:tc>
          <w:tcPr>
            <w:tcW w:w="468" w:type="dxa"/>
          </w:tcPr>
          <w:p w14:paraId="70287FE1" w14:textId="77777777" w:rsidR="007C1BC0" w:rsidRPr="007C1BC0" w:rsidRDefault="007C1BC0" w:rsidP="003841C5">
            <w:pPr>
              <w:pStyle w:val="NoSpacing"/>
            </w:pPr>
            <w:r w:rsidRPr="007C1BC0">
              <w:rPr>
                <w:rFonts w:ascii="Segoe UI Symbol" w:hAnsi="Segoe UI Symbol" w:cs="Segoe UI Symbol"/>
              </w:rPr>
              <w:t>☐</w:t>
            </w:r>
          </w:p>
        </w:tc>
        <w:tc>
          <w:tcPr>
            <w:tcW w:w="630" w:type="dxa"/>
          </w:tcPr>
          <w:p w14:paraId="5CBEC1B1" w14:textId="77777777" w:rsidR="007C1BC0" w:rsidRPr="007C1BC0" w:rsidRDefault="007C1BC0" w:rsidP="003841C5">
            <w:pPr>
              <w:pStyle w:val="NoSpacing"/>
            </w:pPr>
            <w:r w:rsidRPr="007C1BC0">
              <w:rPr>
                <w:rFonts w:ascii="Segoe UI Symbol" w:hAnsi="Segoe UI Symbol" w:cs="Segoe UI Symbol"/>
              </w:rPr>
              <w:t>☐</w:t>
            </w:r>
          </w:p>
        </w:tc>
      </w:tr>
    </w:tbl>
    <w:p w14:paraId="752AA806" w14:textId="77777777" w:rsidR="00A278A1" w:rsidRPr="00D52CA5" w:rsidRDefault="00505416" w:rsidP="00D52CA5">
      <w:pPr>
        <w:rPr>
          <w:rFonts w:ascii="Times New Roman" w:hAnsi="Times New Roman" w:cs="Times New Roman"/>
          <w:b/>
          <w:bCs/>
          <w:sz w:val="24"/>
          <w:szCs w:val="24"/>
          <w:u w:val="single"/>
        </w:rPr>
      </w:pPr>
      <w:r w:rsidRPr="00D52CA5">
        <w:rPr>
          <w:rFonts w:ascii="Times New Roman" w:hAnsi="Times New Roman" w:cs="Times New Roman"/>
          <w:b/>
          <w:bCs/>
          <w:sz w:val="24"/>
          <w:szCs w:val="24"/>
          <w:u w:val="single"/>
        </w:rPr>
        <w:t>Overall Evaluation</w:t>
      </w:r>
    </w:p>
    <w:p w14:paraId="007CE924" w14:textId="77777777" w:rsidR="00A278A1" w:rsidRPr="007C1BC0" w:rsidRDefault="00505416" w:rsidP="00D52CA5">
      <w:pPr>
        <w:pStyle w:val="NoSpacing"/>
      </w:pPr>
      <w:r w:rsidRPr="007C1BC0">
        <w:t>Would you work for this supervisor again?</w:t>
      </w:r>
    </w:p>
    <w:p w14:paraId="5308C066" w14:textId="77777777" w:rsidR="00A278A1" w:rsidRPr="007C1BC0" w:rsidRDefault="00505416" w:rsidP="007C1BC0">
      <w:pPr>
        <w:pStyle w:val="NoSpacing"/>
      </w:pPr>
      <w:r w:rsidRPr="007C1BC0">
        <w:rPr>
          <w:rFonts w:ascii="Segoe UI Symbol" w:hAnsi="Segoe UI Symbol" w:cs="Segoe UI Symbol"/>
        </w:rPr>
        <w:t>☐</w:t>
      </w:r>
      <w:r w:rsidRPr="007C1BC0">
        <w:t xml:space="preserve"> Yes      </w:t>
      </w:r>
      <w:r w:rsidRPr="007C1BC0">
        <w:rPr>
          <w:rFonts w:ascii="Segoe UI Symbol" w:hAnsi="Segoe UI Symbol" w:cs="Segoe UI Symbol"/>
        </w:rPr>
        <w:t>☐</w:t>
      </w:r>
      <w:r w:rsidRPr="007C1BC0">
        <w:t xml:space="preserve"> No      </w:t>
      </w:r>
      <w:r w:rsidRPr="007C1BC0">
        <w:rPr>
          <w:rFonts w:ascii="Segoe UI Symbol" w:hAnsi="Segoe UI Symbol" w:cs="Segoe UI Symbol"/>
        </w:rPr>
        <w:t>☐</w:t>
      </w:r>
      <w:r w:rsidRPr="007C1BC0">
        <w:t xml:space="preserve"> Unsure</w:t>
      </w:r>
    </w:p>
    <w:p w14:paraId="11C9FD59" w14:textId="77777777" w:rsidR="00A278A1" w:rsidRPr="007C1BC0" w:rsidRDefault="00505416" w:rsidP="007C1BC0">
      <w:pPr>
        <w:pStyle w:val="NoSpacing"/>
      </w:pPr>
      <w:r w:rsidRPr="007C1BC0">
        <w:t>Would you work for this organization again?</w:t>
      </w:r>
    </w:p>
    <w:p w14:paraId="0D08FAAE" w14:textId="77777777" w:rsidR="00A278A1" w:rsidRPr="007C1BC0" w:rsidRDefault="00505416" w:rsidP="007C1BC0">
      <w:pPr>
        <w:pStyle w:val="NoSpacing"/>
      </w:pPr>
      <w:r w:rsidRPr="007C1BC0">
        <w:rPr>
          <w:rFonts w:ascii="Segoe UI Symbol" w:hAnsi="Segoe UI Symbol" w:cs="Segoe UI Symbol"/>
        </w:rPr>
        <w:t>☐</w:t>
      </w:r>
      <w:r w:rsidRPr="007C1BC0">
        <w:t xml:space="preserve"> Yes      </w:t>
      </w:r>
      <w:r w:rsidRPr="007C1BC0">
        <w:rPr>
          <w:rFonts w:ascii="Segoe UI Symbol" w:hAnsi="Segoe UI Symbol" w:cs="Segoe UI Symbol"/>
        </w:rPr>
        <w:t>☐</w:t>
      </w:r>
      <w:r w:rsidRPr="007C1BC0">
        <w:t xml:space="preserve"> No      </w:t>
      </w:r>
      <w:r w:rsidRPr="007C1BC0">
        <w:rPr>
          <w:rFonts w:ascii="Segoe UI Symbol" w:hAnsi="Segoe UI Symbol" w:cs="Segoe UI Symbol"/>
        </w:rPr>
        <w:t>☐</w:t>
      </w:r>
      <w:r w:rsidRPr="007C1BC0">
        <w:t xml:space="preserve"> Unsure</w:t>
      </w:r>
    </w:p>
    <w:p w14:paraId="2C85934B" w14:textId="77777777" w:rsidR="00A278A1" w:rsidRPr="007C1BC0" w:rsidRDefault="00505416" w:rsidP="007C1BC0">
      <w:pPr>
        <w:pStyle w:val="NoSpacing"/>
      </w:pPr>
      <w:r w:rsidRPr="007C1BC0">
        <w:t>Would you recommend this organization to future interns?</w:t>
      </w:r>
    </w:p>
    <w:p w14:paraId="1B7072EC" w14:textId="77777777" w:rsidR="00A278A1" w:rsidRPr="007C1BC0" w:rsidRDefault="00505416" w:rsidP="007C1BC0">
      <w:pPr>
        <w:pStyle w:val="NoSpacing"/>
      </w:pPr>
      <w:r w:rsidRPr="007C1BC0">
        <w:rPr>
          <w:rFonts w:ascii="Segoe UI Symbol" w:hAnsi="Segoe UI Symbol" w:cs="Segoe UI Symbol"/>
        </w:rPr>
        <w:t>☐</w:t>
      </w:r>
      <w:r w:rsidRPr="007C1BC0">
        <w:t xml:space="preserve"> Yes      </w:t>
      </w:r>
      <w:r w:rsidRPr="007C1BC0">
        <w:rPr>
          <w:rFonts w:ascii="Segoe UI Symbol" w:hAnsi="Segoe UI Symbol" w:cs="Segoe UI Symbol"/>
        </w:rPr>
        <w:t>☐</w:t>
      </w:r>
      <w:r w:rsidRPr="007C1BC0">
        <w:t xml:space="preserve"> No      </w:t>
      </w:r>
      <w:r w:rsidRPr="007C1BC0">
        <w:rPr>
          <w:rFonts w:ascii="Segoe UI Symbol" w:hAnsi="Segoe UI Symbol" w:cs="Segoe UI Symbol"/>
        </w:rPr>
        <w:t>☐</w:t>
      </w:r>
      <w:r w:rsidRPr="007C1BC0">
        <w:t xml:space="preserve"> Unsure</w:t>
      </w:r>
    </w:p>
    <w:p w14:paraId="01C8C4CE" w14:textId="31FE4AF5" w:rsidR="003841C5" w:rsidRDefault="003841C5" w:rsidP="00D52CA5">
      <w:pPr>
        <w:pStyle w:val="NoSpacing"/>
      </w:pPr>
    </w:p>
    <w:p w14:paraId="3FAC2870" w14:textId="1D9D58CE" w:rsidR="00A278A1" w:rsidRDefault="00D52CA5" w:rsidP="003841C5">
      <w:pPr>
        <w:spacing w:line="240" w:lineRule="auto"/>
        <w:rPr>
          <w:rFonts w:ascii="Times New Roman" w:hAnsi="Times New Roman" w:cs="Times New Roman"/>
          <w:sz w:val="24"/>
          <w:szCs w:val="24"/>
        </w:rPr>
      </w:pPr>
      <w:r w:rsidRPr="00D52CA5">
        <w:rPr>
          <w:rFonts w:ascii="Times New Roman" w:hAnsi="Times New Roman" w:cs="Times New Roman"/>
          <w:noProof/>
          <w:sz w:val="24"/>
          <w:szCs w:val="24"/>
        </w:rPr>
        <mc:AlternateContent>
          <mc:Choice Requires="wps">
            <w:drawing>
              <wp:anchor distT="45720" distB="45720" distL="114300" distR="114300" simplePos="0" relativeHeight="251659776" behindDoc="0" locked="0" layoutInCell="1" allowOverlap="1" wp14:anchorId="6F359EBF" wp14:editId="188CC2EA">
                <wp:simplePos x="0" y="0"/>
                <wp:positionH relativeFrom="column">
                  <wp:posOffset>-180975</wp:posOffset>
                </wp:positionH>
                <wp:positionV relativeFrom="paragraph">
                  <wp:posOffset>210185</wp:posOffset>
                </wp:positionV>
                <wp:extent cx="7200900" cy="466725"/>
                <wp:effectExtent l="0" t="0" r="1905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466725"/>
                        </a:xfrm>
                        <a:prstGeom prst="rect">
                          <a:avLst/>
                        </a:prstGeom>
                        <a:solidFill>
                          <a:srgbClr val="FFFFFF"/>
                        </a:solidFill>
                        <a:ln w="9525">
                          <a:solidFill>
                            <a:srgbClr val="000000"/>
                          </a:solidFill>
                          <a:miter lim="800000"/>
                          <a:headEnd/>
                          <a:tailEnd/>
                        </a:ln>
                      </wps:spPr>
                      <wps:txbx>
                        <w:txbxContent>
                          <w:p w14:paraId="707849EE" w14:textId="54105C28" w:rsidR="00D52CA5" w:rsidRDefault="00D52C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359EBF" id="_x0000_t202" coordsize="21600,21600" o:spt="202" path="m,l,21600r21600,l21600,xe">
                <v:stroke joinstyle="miter"/>
                <v:path gradientshapeok="t" o:connecttype="rect"/>
              </v:shapetype>
              <v:shape id="Text Box 2" o:spid="_x0000_s1026" type="#_x0000_t202" style="position:absolute;margin-left:-14.25pt;margin-top:16.55pt;width:567pt;height:36.7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">
                <v:textbox>
                  <w:txbxContent>
                    <w:p w14:paraId="707849EE" w14:textId="54105C28" w:rsidR="00D52CA5" w:rsidRDefault="00D52CA5"/>
                  </w:txbxContent>
                </v:textbox>
              </v:shape>
            </w:pict>
          </mc:Fallback>
        </mc:AlternateContent>
      </w:r>
      <w:r w:rsidR="00505416" w:rsidRPr="007C1BC0">
        <w:rPr>
          <w:rFonts w:ascii="Times New Roman" w:hAnsi="Times New Roman" w:cs="Times New Roman"/>
          <w:sz w:val="24"/>
          <w:szCs w:val="24"/>
        </w:rPr>
        <w:t>Please explain any ratings or recommendations you would like to share.</w:t>
      </w:r>
    </w:p>
    <w:p w14:paraId="65B43E55" w14:textId="4ABBB1B5" w:rsidR="00D52CA5" w:rsidRPr="007C1BC0" w:rsidRDefault="00D52CA5" w:rsidP="003841C5">
      <w:pPr>
        <w:spacing w:line="240" w:lineRule="auto"/>
        <w:rPr>
          <w:rFonts w:ascii="Times New Roman" w:hAnsi="Times New Roman" w:cs="Times New Roman"/>
          <w:sz w:val="24"/>
          <w:szCs w:val="24"/>
        </w:rPr>
      </w:pPr>
    </w:p>
    <w:p w14:paraId="1AD296D9" w14:textId="77777777" w:rsidR="00D52CA5" w:rsidRDefault="00D52CA5" w:rsidP="003841C5">
      <w:pPr>
        <w:jc w:val="center"/>
        <w:rPr>
          <w:rFonts w:ascii="Times New Roman" w:hAnsi="Times New Roman" w:cs="Times New Roman"/>
          <w:b/>
          <w:sz w:val="20"/>
          <w:szCs w:val="20"/>
          <w:u w:val="single"/>
        </w:rPr>
      </w:pPr>
    </w:p>
    <w:p w14:paraId="616CF295" w14:textId="5096B0AA" w:rsidR="00A278A1" w:rsidRPr="00D52CA5" w:rsidRDefault="00505416" w:rsidP="003841C5">
      <w:pPr>
        <w:jc w:val="center"/>
        <w:rPr>
          <w:rFonts w:ascii="Times New Roman" w:hAnsi="Times New Roman" w:cs="Times New Roman"/>
          <w:i/>
          <w:iCs/>
          <w:sz w:val="24"/>
          <w:szCs w:val="24"/>
          <w:u w:val="single"/>
        </w:rPr>
      </w:pPr>
      <w:r w:rsidRPr="00D52CA5">
        <w:rPr>
          <w:rFonts w:ascii="Times New Roman" w:hAnsi="Times New Roman" w:cs="Times New Roman"/>
          <w:b/>
          <w:i/>
          <w:iCs/>
          <w:sz w:val="24"/>
          <w:szCs w:val="24"/>
          <w:u w:val="single"/>
        </w:rPr>
        <w:t xml:space="preserve">Please return this completed evaluation </w:t>
      </w:r>
      <w:r w:rsidR="007C1BC0" w:rsidRPr="00D52CA5">
        <w:rPr>
          <w:rFonts w:ascii="Times New Roman" w:hAnsi="Times New Roman" w:cs="Times New Roman"/>
          <w:b/>
          <w:i/>
          <w:iCs/>
          <w:sz w:val="24"/>
          <w:szCs w:val="24"/>
          <w:u w:val="single"/>
        </w:rPr>
        <w:t>to Canvas and internship folder.</w:t>
      </w:r>
    </w:p>
    <w:sectPr w:rsidR="00A278A1" w:rsidRPr="00D52CA5" w:rsidSect="007C1BC0">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8CF13" w14:textId="77777777" w:rsidR="00505416" w:rsidRDefault="00505416" w:rsidP="005112A5">
      <w:pPr>
        <w:spacing w:after="0" w:line="240" w:lineRule="auto"/>
      </w:pPr>
      <w:r>
        <w:separator/>
      </w:r>
    </w:p>
  </w:endnote>
  <w:endnote w:type="continuationSeparator" w:id="0">
    <w:p w14:paraId="4DD41220" w14:textId="77777777" w:rsidR="00505416" w:rsidRDefault="00505416" w:rsidP="00511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A8223" w14:textId="78BE62A2" w:rsidR="005112A5" w:rsidRDefault="005112A5">
    <w:pPr>
      <w:pStyle w:val="Footer"/>
    </w:pPr>
    <w:r>
      <w:t>Revised Summer of 2026</w:t>
    </w:r>
  </w:p>
  <w:p w14:paraId="741E0D2B" w14:textId="77777777" w:rsidR="005112A5" w:rsidRDefault="005112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BBB47" w14:textId="77777777" w:rsidR="00505416" w:rsidRDefault="00505416" w:rsidP="005112A5">
      <w:pPr>
        <w:spacing w:after="0" w:line="240" w:lineRule="auto"/>
      </w:pPr>
      <w:r>
        <w:separator/>
      </w:r>
    </w:p>
  </w:footnote>
  <w:footnote w:type="continuationSeparator" w:id="0">
    <w:p w14:paraId="2596E36A" w14:textId="77777777" w:rsidR="00505416" w:rsidRDefault="00505416" w:rsidP="005112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29532782">
    <w:abstractNumId w:val="8"/>
  </w:num>
  <w:num w:numId="2" w16cid:durableId="1701857751">
    <w:abstractNumId w:val="6"/>
  </w:num>
  <w:num w:numId="3" w16cid:durableId="1750078489">
    <w:abstractNumId w:val="5"/>
  </w:num>
  <w:num w:numId="4" w16cid:durableId="559286572">
    <w:abstractNumId w:val="4"/>
  </w:num>
  <w:num w:numId="5" w16cid:durableId="1455754297">
    <w:abstractNumId w:val="7"/>
  </w:num>
  <w:num w:numId="6" w16cid:durableId="341594857">
    <w:abstractNumId w:val="3"/>
  </w:num>
  <w:num w:numId="7" w16cid:durableId="1491216865">
    <w:abstractNumId w:val="2"/>
  </w:num>
  <w:num w:numId="8" w16cid:durableId="1974411063">
    <w:abstractNumId w:val="1"/>
  </w:num>
  <w:num w:numId="9" w16cid:durableId="609317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841C5"/>
    <w:rsid w:val="00492B4F"/>
    <w:rsid w:val="00505416"/>
    <w:rsid w:val="005112A5"/>
    <w:rsid w:val="00712EFC"/>
    <w:rsid w:val="007C1BC0"/>
    <w:rsid w:val="00862FDC"/>
    <w:rsid w:val="00A278A1"/>
    <w:rsid w:val="00A316BF"/>
    <w:rsid w:val="00AA1D8D"/>
    <w:rsid w:val="00B47730"/>
    <w:rsid w:val="00CB0664"/>
    <w:rsid w:val="00D52CA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BE4E2D"/>
  <w14:defaultImageDpi w14:val="300"/>
  <w15:docId w15:val="{6F99FF5B-8BC2-4D74-A678-705F8825F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293</Words>
  <Characters>1672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Lidy</dc:creator>
  <cp:keywords/>
  <dc:description>generated by python-docx</dc:description>
  <cp:lastModifiedBy>Brenda Lidy</cp:lastModifiedBy>
  <cp:revision>4</cp:revision>
  <dcterms:created xsi:type="dcterms:W3CDTF">2026-07-23T22:41:00Z</dcterms:created>
  <dcterms:modified xsi:type="dcterms:W3CDTF">2026-07-23T22:48:00Z</dcterms:modified>
  <cp:category/>
</cp:coreProperties>
</file>